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FULL NAME]</w:t>
      </w:r>
    </w:p>
    <w:p>
      <w:pPr>
        <w:spacing w:after="40"/>
      </w:pPr>
      <w:r>
        <w:rPr>
          <w:b w:val="0"/>
          <w:i w:val="0"/>
        </w:rPr>
        <w:t>[Target job title — e.g. Sales Executive | Safety Officer | Customer Service Associate]</w:t>
      </w:r>
    </w:p>
    <w:p>
      <w:pPr>
        <w:spacing w:after="40"/>
      </w:pPr>
      <w:r>
        <w:rPr>
          <w:b w:val="0"/>
          <w:i w:val="0"/>
        </w:rPr>
        <w:t>[Area], [Emirate], UAE  |  +971 [XX XXX XXXX]  |  [email@example.com]  |  [linkedin.com/in/yourname]</w:t>
      </w:r>
    </w:p>
    <w:p>
      <w:pPr>
        <w:spacing w:after="40"/>
      </w:pPr>
      <w:r>
        <w:rPr>
          <w:b w:val="0"/>
          <w:i w:val="0"/>
        </w:rPr>
        <w:t>Visa status: [Employment visa / Visit visa until DD MMM YYYY / Golden visa]  |  Availability: [Immediate / Notice period X weeks]</w:t>
      </w:r>
    </w:p>
    <w:p>
      <w:pPr>
        <w:spacing w:after="40"/>
      </w:pPr>
      <w:r>
        <w:rPr>
          <w:b w:val="0"/>
          <w:i w:val="0"/>
        </w:rPr>
        <w:t>Driving licence: [UAE licence — only if relevant to the role]  |  Languages: [English (fluent), Arabic (basic), Hindi (native)]</w:t>
      </w:r>
    </w:p>
    <w:p>
      <w:pPr>
        <w:spacing w:before="240" w:after="80"/>
      </w:pPr>
      <w:r>
        <w:rPr>
          <w:b/>
          <w:color w:val="1A1A2E"/>
          <w:sz w:val="24"/>
        </w:rPr>
        <w:t>PROFESSIONAL SUMMARY</w:t>
      </w:r>
    </w:p>
    <w:p>
      <w:pPr>
        <w:spacing w:after="40"/>
      </w:pPr>
      <w:r>
        <w:rPr>
          <w:b w:val="0"/>
          <w:i w:val="0"/>
        </w:rPr>
        <w:t>[2–3 lines. Who you are, years of experience, the role you want, and one concrete result. Example: Sales executive with 4 years in UAE real estate; closed AED 6.5M in off-plan sales in 2025 and built a 300-client referral base.]</w:t>
      </w:r>
    </w:p>
    <w:p>
      <w:pPr>
        <w:spacing w:before="240" w:after="80"/>
      </w:pPr>
      <w:r>
        <w:rPr>
          <w:b/>
          <w:color w:val="1A1A2E"/>
          <w:sz w:val="24"/>
        </w:rPr>
        <w:t>WORK EXPERIENCE</w:t>
      </w:r>
    </w:p>
    <w:p>
      <w:pPr>
        <w:spacing w:after="40"/>
      </w:pPr>
      <w:r>
        <w:rPr>
          <w:b/>
          <w:i w:val="0"/>
        </w:rPr>
        <w:t>[Job Title] — [Company Name], [Emirate]</w:t>
      </w:r>
    </w:p>
    <w:p>
      <w:pPr>
        <w:spacing w:after="40"/>
      </w:pPr>
      <w:r>
        <w:rPr>
          <w:b w:val="0"/>
          <w:i/>
        </w:rPr>
        <w:t>[Mon YYYY] – [Mon YYYY or Present]</w:t>
      </w:r>
    </w:p>
    <w:p>
      <w:pPr>
        <w:pStyle w:val="ListBullet"/>
      </w:pPr>
      <w:r>
        <w:t>[Achievement with a number — e.g. Increased monthly sales 18% by …]</w:t>
      </w:r>
    </w:p>
    <w:p>
      <w:pPr>
        <w:pStyle w:val="ListBullet"/>
      </w:pPr>
      <w:r>
        <w:t>[Responsibility that matches the job advert, in the advert's own words]</w:t>
      </w:r>
    </w:p>
    <w:p>
      <w:pPr>
        <w:pStyle w:val="ListBullet"/>
      </w:pPr>
      <w:r>
        <w:t>[Tool, system or certification you used — e.g. SAP, Salesforce, HSE audits]</w:t>
      </w:r>
    </w:p>
    <w:p>
      <w:pPr>
        <w:spacing w:after="40"/>
      </w:pPr>
      <w:r>
        <w:rPr>
          <w:b/>
          <w:i w:val="0"/>
        </w:rPr>
        <w:t>[Job Title] — [Company Name], [City, Country]</w:t>
      </w:r>
    </w:p>
    <w:p>
      <w:pPr>
        <w:spacing w:after="40"/>
      </w:pPr>
      <w:r>
        <w:rPr>
          <w:b w:val="0"/>
          <w:i/>
        </w:rPr>
        <w:t>[Mon YYYY] – [Mon YYYY or Present]</w:t>
      </w:r>
    </w:p>
    <w:p>
      <w:pPr>
        <w:pStyle w:val="ListBullet"/>
      </w:pPr>
      <w:r>
        <w:t>[Achievement with a number — e.g. Increased monthly sales 18% by …]</w:t>
      </w:r>
    </w:p>
    <w:p>
      <w:pPr>
        <w:pStyle w:val="ListBullet"/>
      </w:pPr>
      <w:r>
        <w:t>[Responsibility that matches the job advert, in the advert's own words]</w:t>
      </w:r>
    </w:p>
    <w:p>
      <w:pPr>
        <w:pStyle w:val="ListBullet"/>
      </w:pPr>
      <w:r>
        <w:t>[Tool, system or certification you used — e.g. SAP, Salesforce, HSE audits]</w:t>
      </w:r>
    </w:p>
    <w:p>
      <w:pPr>
        <w:spacing w:before="240" w:after="80"/>
      </w:pPr>
      <w:r>
        <w:rPr>
          <w:b/>
          <w:color w:val="1A1A2E"/>
          <w:sz w:val="24"/>
        </w:rPr>
        <w:t>EDUCATION</w:t>
      </w:r>
    </w:p>
    <w:p>
      <w:pPr>
        <w:spacing w:after="40"/>
      </w:pPr>
      <w:r>
        <w:rPr>
          <w:b/>
          <w:i w:val="0"/>
        </w:rPr>
        <w:t>[Degree / Diploma] — [University or Institute], [Country]</w:t>
      </w:r>
    </w:p>
    <w:p>
      <w:pPr>
        <w:spacing w:after="40"/>
      </w:pPr>
      <w:r>
        <w:rPr>
          <w:b w:val="0"/>
          <w:i/>
        </w:rPr>
        <w:t>[Year of graduation]  |  [Relevant coursework, projects or grade — optional]</w:t>
      </w:r>
    </w:p>
    <w:p>
      <w:pPr>
        <w:spacing w:before="240" w:after="80"/>
      </w:pPr>
      <w:r>
        <w:rPr>
          <w:b/>
          <w:color w:val="1A1A2E"/>
          <w:sz w:val="24"/>
        </w:rPr>
        <w:t>CERTIFICATIONS</w:t>
      </w:r>
    </w:p>
    <w:p>
      <w:pPr>
        <w:pStyle w:val="ListBullet"/>
      </w:pPr>
      <w:r>
        <w:t>[e.g. NEBOSH IGC, PMP, IELTS 7.0, First Aid — with year]</w:t>
      </w:r>
    </w:p>
    <w:p>
      <w:pPr>
        <w:spacing w:before="240" w:after="80"/>
      </w:pPr>
      <w:r>
        <w:rPr>
          <w:b/>
          <w:color w:val="1A1A2E"/>
          <w:sz w:val="24"/>
        </w:rPr>
        <w:t>SKILLS</w:t>
      </w:r>
    </w:p>
    <w:p>
      <w:pPr>
        <w:spacing w:after="40"/>
      </w:pPr>
      <w:r>
        <w:rPr>
          <w:b w:val="0"/>
          <w:i w:val="0"/>
        </w:rPr>
        <w:t>[6–10 skills copied from the job advert that you genuinely have — e.g. Client relationship management, MS Excel, Arabic–English customer service, Forklift operation]</w:t>
      </w:r>
    </w:p>
    <w:p>
      <w:pPr>
        <w:spacing w:before="240" w:after="80"/>
      </w:pPr>
      <w:r>
        <w:rPr>
          <w:b/>
          <w:color w:val="1A1A2E"/>
          <w:sz w:val="24"/>
        </w:rPr>
        <w:t>REFERENCES</w:t>
      </w:r>
    </w:p>
    <w:p>
      <w:pPr>
        <w:spacing w:after="40"/>
      </w:pPr>
      <w:r>
        <w:rPr>
          <w:b w:val="0"/>
          <w:i w:val="0"/>
        </w:rPr>
        <w:t>Available on request.</w:t>
      </w:r>
    </w:p>
    <w:p/>
    <w:p>
      <w:pPr>
        <w:jc w:val="center"/>
      </w:pPr>
      <w:r>
        <w:rPr>
          <w:i/>
          <w:color w:val="888888"/>
          <w:sz w:val="16"/>
        </w:rPr>
        <w:t>Delete this line before sending. Template by JobFlick — let the AI CV generator fill it in for you at jobflick.app/cv-generator</w:t>
      </w:r>
    </w:p>
    <w:sectPr w:rsidR="00FC693F" w:rsidRPr="0006063C" w:rsidSect="00034616">
      <w:pgSz w:w="12240" w:h="15840"/>
      <w:pgMar w:top="960" w:right="1080" w:bottom="9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UAE CV Template</dc:title>
  <dc:subject/>
  <dc:creator>JobFlick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